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1AFD" w:rsidRPr="00980305" w:rsidRDefault="00980305">
      <w:pPr>
        <w:pStyle w:val="aa"/>
        <w:rPr>
          <w:lang w:val="ru-RU"/>
        </w:rPr>
      </w:pPr>
      <w:r w:rsidRPr="00980305">
        <w:rPr>
          <w:lang w:val="ru-RU"/>
        </w:rPr>
        <w:t>Пользовательское соглашение</w:t>
      </w:r>
    </w:p>
    <w:p w:rsidR="00B31AFD" w:rsidRDefault="00980305">
      <w:r w:rsidRPr="00980305">
        <w:rPr>
          <w:lang w:val="ru-RU"/>
        </w:rPr>
        <w:br/>
        <w:t xml:space="preserve">Настоящее Пользовательское соглашение (далее – Соглашение) регулирует отношения между вами (далее – Пользователь) и администрацией базы отдыха "Ритм" (далее – Администратор) в отношении использования сайта </w:t>
      </w:r>
      <w:r>
        <w:t>www</w:t>
      </w:r>
      <w:r w:rsidRPr="00980305">
        <w:rPr>
          <w:lang w:val="ru-RU"/>
        </w:rPr>
        <w:t>.</w:t>
      </w:r>
      <w:proofErr w:type="spellStart"/>
      <w:r>
        <w:t>ritmbaza</w:t>
      </w:r>
      <w:proofErr w:type="spellEnd"/>
      <w:r w:rsidRPr="00980305">
        <w:rPr>
          <w:lang w:val="ru-RU"/>
        </w:rPr>
        <w:t>.</w:t>
      </w:r>
      <w:proofErr w:type="spellStart"/>
      <w:r>
        <w:t>ru</w:t>
      </w:r>
      <w:proofErr w:type="spellEnd"/>
      <w:r w:rsidRPr="00980305">
        <w:rPr>
          <w:lang w:val="ru-RU"/>
        </w:rPr>
        <w:t xml:space="preserve"> </w:t>
      </w:r>
      <w:r w:rsidRPr="00980305">
        <w:rPr>
          <w:lang w:val="ru-RU"/>
        </w:rPr>
        <w:t>(далее – Сайт), его услуг и сервисов.</w:t>
      </w:r>
      <w:r w:rsidRPr="00980305">
        <w:rPr>
          <w:lang w:val="ru-RU"/>
        </w:rPr>
        <w:br/>
      </w:r>
      <w:r w:rsidRPr="00980305">
        <w:rPr>
          <w:lang w:val="ru-RU"/>
        </w:rPr>
        <w:br/>
        <w:t>1. **Общие положения**</w:t>
      </w:r>
      <w:r w:rsidRPr="00980305">
        <w:rPr>
          <w:lang w:val="ru-RU"/>
        </w:rPr>
        <w:br/>
      </w:r>
      <w:r w:rsidRPr="00980305">
        <w:rPr>
          <w:lang w:val="ru-RU"/>
        </w:rPr>
        <w:br/>
        <w:t>1.1. Администратор предоставляет Пользователю доступ к информации, размещенной на Сайте, а также возможность использования некоторых услуг и сервисов Сайта. Пользователь, используя Сайт, подтве</w:t>
      </w:r>
      <w:r w:rsidRPr="00980305">
        <w:rPr>
          <w:lang w:val="ru-RU"/>
        </w:rPr>
        <w:t>рждает, что ознакомлен с условиями Соглашения и согласен с ними.</w:t>
      </w:r>
      <w:r w:rsidRPr="00980305">
        <w:rPr>
          <w:lang w:val="ru-RU"/>
        </w:rPr>
        <w:br/>
      </w:r>
      <w:r w:rsidRPr="00980305">
        <w:rPr>
          <w:lang w:val="ru-RU"/>
        </w:rPr>
        <w:br/>
        <w:t>1.2. Администратор имеет право изменять условия настоящего Соглашения в любое время без предварительного уведомления Пользователя. Изменения вступают в силу с момента их размещения на Сайте.</w:t>
      </w:r>
      <w:r w:rsidRPr="00980305">
        <w:rPr>
          <w:lang w:val="ru-RU"/>
        </w:rPr>
        <w:br/>
      </w:r>
      <w:r w:rsidRPr="00980305">
        <w:rPr>
          <w:lang w:val="ru-RU"/>
        </w:rPr>
        <w:br/>
        <w:t>2. **Права и обязанности сторон**</w:t>
      </w:r>
      <w:r w:rsidRPr="00980305">
        <w:rPr>
          <w:lang w:val="ru-RU"/>
        </w:rPr>
        <w:br/>
      </w:r>
      <w:r w:rsidRPr="00980305">
        <w:rPr>
          <w:lang w:val="ru-RU"/>
        </w:rPr>
        <w:br/>
        <w:t>2.1. Администратор обязуется:</w:t>
      </w:r>
      <w:r w:rsidRPr="00980305">
        <w:rPr>
          <w:lang w:val="ru-RU"/>
        </w:rPr>
        <w:br/>
        <w:t>- Предоставить Пользователю доступ к услугам Сайта, включая возможность бронирования домиков и услуг на базе отдыха.</w:t>
      </w:r>
      <w:r w:rsidRPr="00980305">
        <w:rPr>
          <w:lang w:val="ru-RU"/>
        </w:rPr>
        <w:br/>
        <w:t>- Обеспечить конфиденциальность персональных данных Пользователя в рамка</w:t>
      </w:r>
      <w:r w:rsidRPr="00980305">
        <w:rPr>
          <w:lang w:val="ru-RU"/>
        </w:rPr>
        <w:t>х законодательства РФ.</w:t>
      </w:r>
      <w:r w:rsidRPr="00980305">
        <w:rPr>
          <w:lang w:val="ru-RU"/>
        </w:rPr>
        <w:br/>
      </w:r>
      <w:r w:rsidRPr="00980305">
        <w:rPr>
          <w:lang w:val="ru-RU"/>
        </w:rPr>
        <w:br/>
        <w:t>2.2. Пользователь обязуется:</w:t>
      </w:r>
      <w:r w:rsidRPr="00980305">
        <w:rPr>
          <w:lang w:val="ru-RU"/>
        </w:rPr>
        <w:br/>
        <w:t>- Использовать Сайт и его услуги исключительно в рамках законодательства РФ и в соответствии с условиями настоящего Соглашения.</w:t>
      </w:r>
      <w:r w:rsidRPr="00980305">
        <w:rPr>
          <w:lang w:val="ru-RU"/>
        </w:rPr>
        <w:br/>
        <w:t>- Не совершать действий, которые могут нарушить работоспособность Сайта, ег</w:t>
      </w:r>
      <w:r w:rsidRPr="00980305">
        <w:rPr>
          <w:lang w:val="ru-RU"/>
        </w:rPr>
        <w:t>о безопасность или привести к его повреждению.</w:t>
      </w:r>
      <w:r w:rsidRPr="00980305">
        <w:rPr>
          <w:lang w:val="ru-RU"/>
        </w:rPr>
        <w:br/>
      </w:r>
      <w:r w:rsidRPr="00980305">
        <w:rPr>
          <w:lang w:val="ru-RU"/>
        </w:rPr>
        <w:br/>
        <w:t>3. **Персональные данные**</w:t>
      </w:r>
      <w:r w:rsidRPr="00980305">
        <w:rPr>
          <w:lang w:val="ru-RU"/>
        </w:rPr>
        <w:br/>
      </w:r>
      <w:r w:rsidRPr="00980305">
        <w:rPr>
          <w:lang w:val="ru-RU"/>
        </w:rPr>
        <w:br/>
        <w:t>3.1. Администратор обязуется обрабатывать персональные данные Пользователя в соответствии с Федеральным законом Российской Федерации "О персональных данных". Все данные, предоставл</w:t>
      </w:r>
      <w:r w:rsidRPr="00980305">
        <w:rPr>
          <w:lang w:val="ru-RU"/>
        </w:rPr>
        <w:t>енные Пользователем, будут использованы исключительно для целей, связанных с бронированием и предоставлением услуг.</w:t>
      </w:r>
      <w:r w:rsidRPr="00980305">
        <w:rPr>
          <w:lang w:val="ru-RU"/>
        </w:rPr>
        <w:br/>
      </w:r>
      <w:r w:rsidRPr="00980305">
        <w:rPr>
          <w:lang w:val="ru-RU"/>
        </w:rPr>
        <w:br/>
        <w:t>3.2. Пользователь имеет право в любой момент изменить или удалить свои персональные данные, обратившись к Администратору.</w:t>
      </w:r>
      <w:r w:rsidRPr="00980305">
        <w:rPr>
          <w:lang w:val="ru-RU"/>
        </w:rPr>
        <w:br/>
      </w:r>
      <w:r w:rsidRPr="00980305">
        <w:rPr>
          <w:lang w:val="ru-RU"/>
        </w:rPr>
        <w:lastRenderedPageBreak/>
        <w:br/>
        <w:t>4. **Ответственн</w:t>
      </w:r>
      <w:r w:rsidRPr="00980305">
        <w:rPr>
          <w:lang w:val="ru-RU"/>
        </w:rPr>
        <w:t>ость сторон**</w:t>
      </w:r>
      <w:r w:rsidRPr="00980305">
        <w:rPr>
          <w:lang w:val="ru-RU"/>
        </w:rPr>
        <w:br/>
      </w:r>
      <w:r w:rsidRPr="00980305">
        <w:rPr>
          <w:lang w:val="ru-RU"/>
        </w:rPr>
        <w:br/>
        <w:t>4.1. Администратор не несет ответственности за временные или постоянные перебои в работе Сайта, вызванные техническими неисправностями.</w:t>
      </w:r>
      <w:r w:rsidRPr="00980305">
        <w:rPr>
          <w:lang w:val="ru-RU"/>
        </w:rPr>
        <w:br/>
      </w:r>
      <w:r w:rsidRPr="00980305">
        <w:rPr>
          <w:lang w:val="ru-RU"/>
        </w:rPr>
        <w:br/>
        <w:t>4.2. Администратор не несет ответственности за ущерб, причиненный Пользователю в результате использовани</w:t>
      </w:r>
      <w:r w:rsidRPr="00980305">
        <w:rPr>
          <w:lang w:val="ru-RU"/>
        </w:rPr>
        <w:t>я или невозможности использования услуг Сайта.</w:t>
      </w:r>
      <w:r w:rsidRPr="00980305">
        <w:rPr>
          <w:lang w:val="ru-RU"/>
        </w:rPr>
        <w:br/>
      </w:r>
      <w:r w:rsidRPr="00980305">
        <w:rPr>
          <w:lang w:val="ru-RU"/>
        </w:rPr>
        <w:br/>
        <w:t>5. **Заключительные положения**</w:t>
      </w:r>
      <w:r w:rsidRPr="00980305">
        <w:rPr>
          <w:lang w:val="ru-RU"/>
        </w:rPr>
        <w:br/>
      </w:r>
      <w:r w:rsidRPr="00980305">
        <w:rPr>
          <w:lang w:val="ru-RU"/>
        </w:rPr>
        <w:br/>
        <w:t>5.1. Все споры, возникающие из настоящего Соглашения, будут разрешаться в соответствии с законодательством Российской Федерации.</w:t>
      </w:r>
      <w:r w:rsidRPr="00980305">
        <w:rPr>
          <w:lang w:val="ru-RU"/>
        </w:rPr>
        <w:br/>
      </w:r>
      <w:r w:rsidRPr="00980305">
        <w:rPr>
          <w:lang w:val="ru-RU"/>
        </w:rPr>
        <w:br/>
        <w:t>5.2. В случае несогласия с условиями настояще</w:t>
      </w:r>
      <w:r w:rsidRPr="00980305">
        <w:rPr>
          <w:lang w:val="ru-RU"/>
        </w:rPr>
        <w:t>го Соглашения, Пользователь должен прекратить использование Сайта.</w:t>
      </w:r>
      <w:r w:rsidRPr="00980305">
        <w:rPr>
          <w:lang w:val="ru-RU"/>
        </w:rPr>
        <w:br/>
      </w:r>
      <w:r w:rsidRPr="00980305">
        <w:rPr>
          <w:lang w:val="ru-RU"/>
        </w:rPr>
        <w:br/>
      </w:r>
      <w:proofErr w:type="spellStart"/>
      <w:r>
        <w:t>Дата</w:t>
      </w:r>
      <w:proofErr w:type="spellEnd"/>
      <w:r>
        <w:t xml:space="preserve"> вступления в силу: _</w:t>
      </w:r>
      <w:r>
        <w:rPr>
          <w:lang w:val="ru-RU"/>
        </w:rPr>
        <w:t>14.05.2025г</w:t>
      </w:r>
      <w:bookmarkStart w:id="0" w:name="_GoBack"/>
      <w:bookmarkEnd w:id="0"/>
      <w:r>
        <w:br/>
      </w:r>
    </w:p>
    <w:sectPr w:rsidR="00B31AF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980305"/>
    <w:rsid w:val="00AA1D8D"/>
    <w:rsid w:val="00B31AF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460974E"/>
  <w14:defaultImageDpi w14:val="300"/>
  <w15:docId w15:val="{350926AA-8B48-4782-A2A8-E71E01FAE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04816C6-F99B-4529-A527-BDD35CC83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Alexandr</cp:lastModifiedBy>
  <cp:revision>2</cp:revision>
  <dcterms:created xsi:type="dcterms:W3CDTF">2013-12-23T23:15:00Z</dcterms:created>
  <dcterms:modified xsi:type="dcterms:W3CDTF">2025-05-14T06:41:00Z</dcterms:modified>
  <cp:category/>
</cp:coreProperties>
</file>